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CHoPS 2027 – Extended Abstract Template</w:t>
      </w:r>
    </w:p>
    <w:p>
      <w:r>
        <w:rPr>
          <w:i/>
        </w:rPr>
        <w:t>Please use this template for your extended abstract submission to CHoPS 2027. Ensure the document is anonymized for double-blind review. Do not include author names, institutions, or acknowledgements.</w:t>
      </w:r>
    </w:p>
    <w:p>
      <w:pPr>
        <w:pStyle w:val="Heading1"/>
        <w:jc w:val="center"/>
      </w:pPr>
      <w:r>
        <w:t>Title of Your Paper (Centered, Bold, 14pt)</w:t>
      </w:r>
    </w:p>
    <w:p>
      <w:r>
        <w:t>Abstract text starts here. The abstract should be 500–750 words or 2 pages maximum. Use single spacing, 11pt font (e.g., Times New Roman or Calibri), and standard 2.5 cm margins. The abstract should include the following sections (if applicable):</w:t>
      </w:r>
    </w:p>
    <w:p>
      <w:pPr>
        <w:pStyle w:val="ListBullet"/>
      </w:pPr>
      <w:r>
        <w:t>• Introduction</w:t>
      </w:r>
    </w:p>
    <w:p>
      <w:pPr>
        <w:pStyle w:val="ListBullet"/>
      </w:pPr>
      <w:r>
        <w:t>• Objectives and Scope</w:t>
      </w:r>
    </w:p>
    <w:p>
      <w:pPr>
        <w:pStyle w:val="ListBullet"/>
      </w:pPr>
      <w:r>
        <w:t>• Methods and Approach</w:t>
      </w:r>
    </w:p>
    <w:p>
      <w:pPr>
        <w:pStyle w:val="ListBullet"/>
      </w:pPr>
      <w:r>
        <w:t>• Results and Discussion</w:t>
      </w:r>
    </w:p>
    <w:p>
      <w:pPr>
        <w:pStyle w:val="ListBullet"/>
      </w:pPr>
      <w:r>
        <w:t>• Conclusions</w:t>
      </w:r>
    </w:p>
    <w:p>
      <w:r>
        <w:br/>
        <w:t>[Insert figures or tables here if needed. Ensure captions are included and anonymized.]</w:t>
        <w:br/>
      </w:r>
    </w:p>
    <w:p>
      <w:pPr>
        <w:pStyle w:val="Heading2"/>
      </w:pPr>
      <w:r>
        <w:t>References</w:t>
      </w:r>
    </w:p>
    <w:p>
      <w:r>
        <w:t>1. Author A. (Year). Title of the article. *Journal Name*, Volume(Issue), pages.</w:t>
        <w:br/>
        <w:t>2. Author B. (Year). Title of the book. Publisher.</w:t>
      </w:r>
    </w:p>
    <w:p>
      <w:r>
        <w:br/>
        <w:t>This template must be uploaded as a PDF during submission via the CHoPS 2027 Dryfta portal.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